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היקף ושטח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שטח והיקף של מלבנים וריבועים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שטח של משולש ישר זווית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לפתור בעיות מילוליות ומצולעים מורכבים בעזרת פירוק לצורות מוכרות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28 סמ"ר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32 ס"מ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25 סמ"ר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24 ס"מ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12 סמ"ר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4 ס"מ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היקף נמדד בס"מ או במטר, ולא בסמ"ר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שטח מודד כמה ריבועים של 1 סמ"ר מכסים את הצורה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החוק הבסיסי לחישוב שטח מלבן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לריבוע יש ארבע צלעות שוות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צריך לחלק ב-2 כי המשולש הוא חצי מלבן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או המספר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רוחב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צלעות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מוכרות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צורה לנוסחה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(שטח = אורך כפול רוחב)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(שטח = צלע כפול צלע)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(שטח = ניצב כפול ניצב חלקי 2)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(פעמיים (אורך ועוד רוחב))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(חלוקה לצורות מוכרות וחיבור השטחים)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בעיות מילוליות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20 מ"ר, כי שטח = 5 כפול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38 מטר, כי היקף = 2 כפול (12+7)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20 סמ"ר, כי 8 כפול 5 חלקי 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להבין שאורך החוט הוא ההיקף של הריבוע, להמיר ל-180 ס"מ, ולחלק ב-4 כדי לקבל צלע של 45 ס"מ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היקף הוא סכום הצלעות סביב הצורה, שטח הוא הכיסוי הפנימי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היקף בס"מ או מ', שטח בסמ"ר או מ"ר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ניצב כפול ניצב חלקי 2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בתרגול בעל פה עם מלבנים פשוטים לפני המעבר לבעיות מילוליות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להזכיר תמיד לבדוק את יחידות המידה בתשובה (ס"מ לעומת סמ"ר)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בבעיית החוט מומלץ לתת לתלמידים לנסות לפתור בעצמם לפני הצגת ההסבר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היקף ושטח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חישוב היקף ושטח של מלבנים, ריבועים ומשולשים ישרי זווית, וגם נלמד לפרק מצולע מורכב לצורות מוכרות כדי לחשב את שטחו.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מלבן שאורכו 7 ס"מ ורוחבו 4 ס"מ. מה שטחו?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28 סמ"ר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22 סמ"ר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11 סמ"ר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32 סמ"ר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מלבן שאורכו 10 ס"מ ורוחבו 6 ס"מ. מה היקפו?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60 ס"מ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32 ס"מ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16 ס"מ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26 ס"מ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ריבוע שצלעו 5 ס"מ. מה שטחו?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25 סמ"ר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 סמ"ר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 סמ"ר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 סמ"ר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ריבוע שצלעו 6 ס"מ. מה היקפו?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36 ס"מ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24 ס"מ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 ס"מ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30 ס"מ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משולש ישר זווית עם ניצבים 4 ס"מ ו-6 ס"מ. מה שטחו?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24 סמ"ר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12 סמ"ר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 סמ"ר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 סמ"ר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מלבן שהיקפו 20 ס"מ וצלע אחת שלו 6 ס"מ. מה אורך הצלע השנייה?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 ס"מ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 ס"מ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14 ס"מ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 ס"מ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היקף נמדד ביחידות של סמ"ר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שטח נמדד ביחידות של סמ"ר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שטח מלבן מחושב על ידי הכפלת אורך ברוחב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היקף ריבוע הוא אורך הצלע כפול 4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שטח משולש ישר זווית מחושב כניצב כפול ניצב בלבד, בלי לחלק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או המספר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שטח מלבן = אורך כפול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היקף הוא סכום אורכי כל ה__________ של הצורה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שטח ריבוע שצלעו 4 ס"מ הוא __________ סמ"ר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שטח משולש ישר זווית = ניצב כפול ניצב חלקי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מצולע מורכב מפרקים לצורות __________ ומחברים את השטחים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צורה לנוסחה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מלבן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חלוקה לצורות מוכרות וחיבור השטחים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ריבוע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פעמיים (אורך ועוד רוחב)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משולש ישר זווית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שטח = צלע כפול צלע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היקף מלבן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שטח = אורך כפול רוחב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מצולע מורכב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שטח = ניצב כפול ניצב חלקי 2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בעיות מילוליות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חדר מלבני שאורכו 5 מטר ורוחבו 4 מטר. כמה מטרים רבועים שטיח צריך כדי לכסות את כל הרצפה?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רוצים לבנות גדר סביב גינה מלבנית שאורכה 12 מטר ורוחבה 7 מטר. כמה מטרים גדר צריך?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משולש ישר זווית שהניצבים שלו הם 8 ס"מ ו-5 ס"מ. מה שטחו?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יש לכם חוט באורך 1.8 מטר ורוצים ליצור ממנו ריבוע. הסבירו איך תמצאו את אורך הצלע של הריבוע, וכתבו מהו אורך הצלע.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היקף לשטח?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באילו יחידות מודדים שטח ובאילו מודדים היקף?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מחשבים שטח של משולש ישר זווית?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היקף ושטח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