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והיקף של מלבנים וריבועים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של משולש ישר זווית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ומצולעים מורכבים בעזרת פירוק לצורות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28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25 סמ"ר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היקף נמדד בס"מ או במטר, ולא בסמ"ר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שטח מודד כמה ריבועים של 1 סמ"ר מכסים את הצורה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החוק הבסיסי לחישוב שטח מלבן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צורה לנוסחה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(שטח = 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(שטח = צלע כפול צלע)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(שטח = ניצב כפול ניצב חלקי 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 מ"ר, כי שטח = 5 כפול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סכום הצלעות סביב הצורה, שטח הוא הכיסוי הפנימי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בס"מ או מ', שטח בסמ"ר או 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ניצב כפול ניצב חלקי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בתרגול בעל פה עם מלבנים פשוטים לפני המעבר לבעיות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תמיד לבדוק את יחידות המידה בתשובה (ס"מ לעומת סמ"ר)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בבעיית החוט מומלץ לתת לתלמידים לנסות לפתור בעצמם לפני הצגת ההסבר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חישוב היקף ושטח של מלבנים, ריבועים ומשולשים ישרי זווית, וגם נלמד לפרק מצולע מורכב לצורות מוכרות כדי לחשב את שטחו.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צלעות  ·  רוחב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מלבן שאורכו 7 ס"מ ורוחבו 4 ס"מ. מה שטחו?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28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מלבן שאורכו 10 ס"מ ורוחבו 6 ס"מ. מה היקפו?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ריבוע שצלעו 5 ס"מ. מה שטחו?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סמ"ר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היקף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שטח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שטח מלבן מחושב על ידי הכפלת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או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שטח מלבן = אורך כפול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היקף הוא סכום אורכי כל ה__________ של הצורה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צורה לנוסחה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שטח = ניצב כפול ניצב חלקי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שטח = אורך כפול רוחב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משולש ישר זווית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שטח = צלע כפול צלע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חדר מלבני שאורכו 5 מטר ורוחבו 4 מטר. כמה מטרים רבועים שטיח צריך כדי לכסות את כל הרצפה?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באילו יחידות מודדים שטח ובאילו מודדים היקף?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היקף ושטח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